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 בביתני הלאומים – סוגי לאומיות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לאומיות אתנית, לאומיות ליברלית ולאומנות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מקור קלאסי המציג הגדרה אזרחית של אומה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לכך שלאומיות הופכת ללאומנות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דת, שפה, תרבות ועבר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בחרנו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הלאום מעל הכול ודחיית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שלושה דגמים: אתני, ליברלי ולאומנות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בליברלית חשוב הרצון המשותף לחיות יחד, לא המוצא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הלאומנות דוחה ומדירה את השונה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ליברלית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בחרנו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(שייכות לפי מוצא, דת ושפה משותפים)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(שייכות לפי הסכמה ורצון לחיות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(הלאום מעל הכול ודחיית השונה)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(אהבת מולדת מתוך כבוד לעמים אחרים)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העם מחובר כמו משפחה גדולה דרך דת, שפה, תרבות ועבר משותף שעובר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הם רואים שלושה מודלים שונים ולא יודעים איזו לאומיות הם היו רוצים שתהיה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תחושת עליונות על עמים אחרים, ודחייה או פגיעה במי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אתנית - מוצא ועבר משותף; ליברלית - הסכמה ורצון משותף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תחושת עליונות או דחיית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פטריוטיות מכבדת אחרים, לאומנות מדירה ותוקפנית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בין הכינויים מהסרטון (אתני/ליברלי) לכינויים מתוכנית הלימודים (אתני-היסטורי/ליברלי-אזרחי)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בדף לאחר הצפייה בסרטון ולפני משחק התפקידים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ביקור בביתני הלאומים – סוגי לאומיות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בכנס דמיוני מוצגים שלושה ביתנים: לאומיות אתנית, לאומיות ליברלית ולאומנות. בדף זה נתרגל את ההבדלים ביניהם ואת המושגים הנלווים.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בחרנו  ·  לאומנות  ·  אתנית  ·  ליברלית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מחבר עם לפי הלאומיות האתנית?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מקום עבודה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דת, שפה, תרבות ועבר משותף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גודל השטח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המילה החשובה בביתן הליברלי?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נולדנו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נכבשנו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בחרנו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מאפיין את הלאומנות?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שוויון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הלאום מעל הכול ודחיית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דמוקרטיה מלאה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רק סוג אחד של לאומיות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בלאומיות הליברלית חשוב מאוד מאיפה באת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הלאומנות מקבלת בברכה את מי ששונה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בביתן הראשון מוצגת הלאומיות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בביתן השני מוצגת הלאומיות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בביתן השלישי מוצגת ה__________, המפחידה את הילדים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המילה החשובה בביתן הליברלי היא '__________'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לאומיות אתנית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הלאום מעל הכול ודחיית השונה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לאומיות ליברלית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אהבת מולדת מתוך כבוד לעמים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לאומנות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שייכות לפי מוצא, דת ושפה משותפים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פטריוטיות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שייכות לפי הסכמה ורצון לחיות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את הדימוי 'משפחה ענקית' בביתן האתני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מדוע הילדים בסרטון חשים מבוכה בסוף?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למחשבה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הציעו שני סימנים לכך שגאווה לאומית הופכת ללאומנות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המרכזי בין לאומיות אתנית ללאומיות ליברלית?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סימן אחד לכך שלאומיות הפכה ללאומנות?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ביקור בביתני הלאומים – סוגי לאומיות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