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 בביתני הלאומים – סוגי לאומיות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לאומיות אתנית, לאומיות ליברלית ולאומנות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מקור קלאסי המציג הגדרה אזרחית של אומה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לכך שלאומיות הופכת ללאומנות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דת, שפה, תרבות ועבר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בחרנו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הלאום מעל הכול ודחיית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משאל עם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אהבת המולדת תוך כבוד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קבוצה החיה במדינה שרוב תושביה בני לאום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ארנסט רנאן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דגמים: אתני, ליברלי ולאומנות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בליברלית חשוב הרצון המשותף לחיות יחד, לא המוצא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הלאומנות דוחה ומדירה את השונה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הדימוי הוא משפחה ענקית עם סיפור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פטריוטיות מכבדת עמים אחרים, לאומנות מעמידה את הלאום מעל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הם נוספו כרקע והקשר היסטורי ולא מופיעים בסרטון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ליברלית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(שייכות לפי מוצא, דת ושפה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(שייכות לפי הסכמה ורצון לחיות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(הלאום מעל הכול ודחיית השונה)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(אהבת מולדת מתוך כבוד לעמים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(הוגה שהגדיר אומה כרצון משותף)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העם מחובר כמו משפחה גדולה דרך דת, שפה, תרבות ועבר משותף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פטריוטיות היא אהבת מולדת מתוך כבוד לאחרים, ואילו לאומנות מעמידה את הלאום מעל הכול ודוחה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הם רואים שלושה מודלים שונים ולא יודעים איזו לאומיות הם היו רוצים שתהיה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לשילוב בין עבר משותף להסכמה חופשית לחיות יחד, אפשר להיעזר במגילת העצמאות כדוגמה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תחושת עליונות על עמים אחרים, ודחייה או פגיעה במי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אתנית - מוצא ועבר משותף; ליברלית - הסכמה ורצון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תחושת עליונות או דחיית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פטריוטיות מכבדת אחרים, לאומנות מדירה ותוקפנית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בין הכינויים מהסרטון (אתני/ליברלי) לכינויים מתוכנית הלימודים (אתני-היסטורי/ליברלי-אזרחי)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בדף לאחר הצפייה בסרטון ולפני משחק התפקידים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 בביתני הלאומים – סוגי לאומיות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שלושה סוגים של לאומיות. בדף נלמד מה ההבדל בין כל סוג, ולמה סוג אחד מסוכן.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 אתנית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לפי מוצא, דת, שפה ועבר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 ליברלית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לפי רצון לחיות יחד סביב ערכים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לאומיות קיצונית שמעמידה את הלאום מעל הכול ודוחה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פטריוטיות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אהבת המולדת בלי לבטל עמים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עצמי מלא של מדינה בלי התערבות מבחוץ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מיעוט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במדינה ששונה מהרוב במוצא, שפה או 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 עם יומיומי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של רנאן לרצון מתמיד לחיות יחד כאומה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עם בסוג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מקום עבודה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דת, שפה, תרבות ועבר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גודל השטח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מטבע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חשובה בסוג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נכבשנו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בחרנו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ירשנו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מאפיין את הסוג השלישי המסוכן?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שוויון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הלאום מעל הכול ודחיית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דמוקרטיה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פתיחות לזרים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רנאן אמר שהאומה היא כמו...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בלתי פוסקת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משאל עם 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שושלת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חוזה כלכלי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אהבת מולדת בלי לפגוע באחרים?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שנאת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ביטול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המולדת תוך כבוד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מרד בשלטון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קבוצה ששונה מרוב התושבים?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קבוצה החיה במדינה שרוב תושביה בני לאום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הצבא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שכבת גיל צעירה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אמר שאומה היא הסכמה לחיות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ג׳וזפה מאציני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ארנסט רנאן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ידוע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סוג אחד של לאומיות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בלאומיות הליברלית חשוב מאוד מאיפה באת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הלאומנות מקבלת בברכה את מי ששונה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בלאומיות האתנית העבר המשותף מחבר בין בני העם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פטריוטיות ולאומנות הן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רנאן ומאציני מוזכרים בשם בתוך הסרטון 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בביתן הראשון מוצגת הלאומיות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בביתן השני מוצגת הלאומיות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בביתן השלישי מוצגת ה__________, המפחידה את הילדים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החשובה בביתן הליברלי היא '__________'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רנאן כינה את קיומה של אומה 'משאל עם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 שחי במדינה ושונה מרוב התושבים נקרא מיעוט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לאומיות אתנית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הוגה שהגדיר אומה כרצון משותף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לאומיות ליברלית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הלאום מעל הכול ודחיית השונה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שייכות לפי הסכמה ורצון לחיות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פטריוטיות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אהבת מולדת מתוך כבוד לעמים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ארנסט רנאן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שייכות לפי מוצא, דת ושפה משותפים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את הדימוי 'משפחה ענקית' בביתן האתני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פטריוטיות ללאומנות?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הילדים בסרטון חשים מבוכה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יכולה להתקיים לאומיות המשלבת את הדגם האתני והדגם הליברלי? הסבירו עם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שני סימנים לכך שגאווה לאומית הופכת ללאומנות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לאומיות אתנית ללאומיות ליברלית?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סימן אחד לכך שלאומיות הפכה ללאומנות?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פטריוטיות ובמה היא שונה מלאומנות?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ביקור בביתני הלאומים – סוגי לאומיות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