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ביקור בביתני הלאומים – סוגי לאומיות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לאומיות אתנית, לאומיות ליברלית ולאומנות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מקור קלאסי המציג הגדרה אזרחית של אומה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סימנים לכך שלאומיות הופכת ללאומנות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דת, שפה, תרבות ועבר משותף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בחרנו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הלאום מעל הכול ודחיית שונים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משאל עם יומיומי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אהבת המולדת תוך כבוד לאחרים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קבוצה החיה במדינה שרוב תושביה בני לאום אחר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ארנסט רנאן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יש שלושה דגמים: אתני, ליברלי ולאומנות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בליברלית חשוב הרצון המשותף לחיות יחד, לא המוצא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להפך, הלאומנות דוחה ומדירה את השונה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הדימוי הוא משפחה ענקית עם סיפור מדור לדור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פטריוטיות מכבדת עמים אחרים, לאומנות מעמידה את הלאום מעל הכול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הם נוספו כרקע והקשר היסטורי ולא מופיעים בסרטון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אתנית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ליברלית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לאומנות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בחרנו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יומיומי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לאומי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(שייכות לפי מוצא, דת ושפה משותפים)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(שייכות לפי הסכמה ורצון לחיות יחד)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(הלאום מעל הכול ודחיית השונה)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(אהבת מולדת מתוך כבוד לעמים אחרים)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(הוגה שהגדיר אומה כרצון משותף)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העם מחובר כמו משפחה גדולה דרך דת, שפה, תרבות ועבר משותף שעובר מדור לדור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פטריוטיות היא אהבת מולדת מתוך כבוד לאחרים, ואילו לאומנות מעמידה את הלאום מעל הכול ודוחה שונים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כי הם רואים שלושה מודלים שונים ולא יודעים איזו לאומיות הם היו רוצים שתהיה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למחשבה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תתייחס לשילוב בין עבר משותף להסכמה חופשית לחיות יחד, אפשר להיעזר במגילת העצמאות כדוגמה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למשל: תחושת עליונות על עמים אחרים, ודחייה או פגיעה במי שונה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אתנית - מוצא ועבר משותף; ליברלית - הסכמה ורצון משותף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תחושת עליונות או דחיית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פטריוטיות מכבדת אחרים, לאומנות מדירה ותוקפנית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לקשר בין הכינויים מהסרטון (אתני/ליברלי) לכינויים מתוכנית הלימודים (אתני-היסטורי/ליברלי-אזרחי)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להשתמש בדף לאחר הצפייה בסרטון ולפני משחק התפקידים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ביקור בביתני הלאומים – סוגי לאומיות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בכנס דמיוני מוצגים שלושה ביתנים: לאומיות אתנית, לאומיות ליברלית ולאומנות. בדף זה נתרגל את ההבדלים ביניהם ואת המושגים הנלווים.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מחבר עם לפי הלאומיות האתנית?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מקום עבודה משותף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דת, שפה, תרבות ועבר משותף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גודל השטח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מטבע משותף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המילה החשובה בביתן הליברלי?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נולדנו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נכבשנו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בחרנו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ירשנו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מאפיין את הלאומנות?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שוויון לכולם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הלאום מעל הכול ודחיית שונים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דמוקרטיה מלאה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פתיחות לזרים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לפי רנאן, קיומה של אומה הוא כמו...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מלחמה בלתי פוסקת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משאל עם יומיומי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שושלת מלכים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חוזה כלכלי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מהי פטריוטיות?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שנאת זרים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ביטול המדינה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אהבת המולדת תוך כבוד לאחרים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מרד בשלטון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מהו מיעוט לאומי?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קבוצה החיה במדינה שרוב תושביה בני לאום אחר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הצבא של המדינה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מפלגה קטנה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שכבת גיל צעירה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מי הגה את ההגדרה האזרחית של אומה שהוצגה בביתן הליברלי?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ג׳וזפה מאציני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ארנסט רנאן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דני אבדיה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ידוע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רק סוג אחד של לאומיות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בלאומיות הליברלית חשוב מאוד מאיפה באת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הלאומנות מקבלת בברכה את מי ששונה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בלאומיות האתנית העבר המשותף מחבר בין בני העם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פטריוטיות ולאומנות הן אותו הדבר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רנאן ומאציני מוזכרים בשם בתוך הסרטון עצמו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בביתן הראשון מוצגת הלאומיות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בביתן השני מוצגת הלאומיות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בביתן השלישי מוצגת ה__________, המפחידה את הילדים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המילה החשובה בביתן הליברלי היא '__________'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רנאן כינה את קיומה של אומה 'משאל עם __________'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מי שחי במדינה ושונה מרוב התושבים נקרא מיעוט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לאומיות אתנית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הלאום מעל הכול ודחיית השונה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לאומיות ליברלית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אהבת מולדת מתוך כבוד לעמים אחרים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לאומנות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הוגה שהגדיר אומה כרצון משותף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פטריוטיות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שייכות לפי מוצא, דת ושפה משותפים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ארנסט רנאן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שייכות לפי הסכמה ורצון לחיות יחד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את הדימוי 'משפחה ענקית' בביתן האתני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ההבדל בין פטריוטיות ללאומנות?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מדוע הילדים בסרטון חשים מבוכה בסוף?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למחשבה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האם יכולה להתקיים לאומיות המשלבת את הדגם האתני והדגם הליברלי? הסבירו עם דוגמה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הציעו שני סימנים לכך שגאווה לאומית הופכת ללאומנות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המרכזי בין לאומיות אתנית ללאומיות ליברלית?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סימן אחד לכך שלאומיות הפכה ללאומנות?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פטריוטיות ובמה היא שונה מלאומנות?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ביקור בביתני הלאומים – סוגי לאומיות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